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E39C4" w14:textId="75C035C6" w:rsidR="005718A3" w:rsidRPr="006C7AA2" w:rsidRDefault="007708B8" w:rsidP="00192700">
      <w:pPr>
        <w:pStyle w:val="Heading1"/>
        <w:spacing w:before="0" w:after="240" w:line="240" w:lineRule="auto"/>
        <w:jc w:val="center"/>
        <w:rPr>
          <w:rFonts w:eastAsia="Aptos" w:cs="Aptos"/>
          <w:color w:val="000000" w:themeColor="text1"/>
          <w:sz w:val="24"/>
          <w:szCs w:val="24"/>
          <w:lang w:eastAsia="ja-JP"/>
        </w:rPr>
      </w:pPr>
      <w:r w:rsidRPr="006C7AA2">
        <w:rPr>
          <w:rFonts w:eastAsia="Aptos" w:cs="Aptos"/>
          <w:color w:val="000000" w:themeColor="text1"/>
          <w:sz w:val="24"/>
          <w:szCs w:val="24"/>
          <w:lang w:eastAsia="ja-JP"/>
        </w:rPr>
        <w:t>Sample Cover Letter to Parents/Guardians on the</w:t>
      </w:r>
      <w:r w:rsidR="00C62CA4" w:rsidRPr="006C7AA2">
        <w:rPr>
          <w:rFonts w:eastAsia="Aptos" w:cs="Aptos"/>
          <w:color w:val="000000" w:themeColor="text1"/>
          <w:sz w:val="24"/>
          <w:szCs w:val="24"/>
          <w:lang w:eastAsia="ja-JP"/>
        </w:rPr>
        <w:t xml:space="preserve"> New Jersey</w:t>
      </w:r>
      <w:r w:rsidR="00B92F12">
        <w:rPr>
          <w:rFonts w:eastAsia="Aptos" w:cs="Aptos"/>
          <w:color w:val="000000" w:themeColor="text1"/>
          <w:sz w:val="24"/>
          <w:szCs w:val="24"/>
          <w:lang w:eastAsia="ja-JP"/>
        </w:rPr>
        <w:t xml:space="preserve"> Student Learning Assessment</w:t>
      </w:r>
      <w:r w:rsidR="00177D62">
        <w:rPr>
          <w:rFonts w:eastAsia="Aptos" w:cs="Aptos"/>
          <w:color w:val="000000" w:themeColor="text1"/>
          <w:sz w:val="24"/>
          <w:szCs w:val="24"/>
          <w:lang w:eastAsia="ja-JP"/>
        </w:rPr>
        <w:t xml:space="preserve">s- Adaptive </w:t>
      </w:r>
      <w:r w:rsidR="00C62CA4" w:rsidRPr="006C7AA2">
        <w:rPr>
          <w:rFonts w:eastAsia="Aptos" w:cs="Aptos"/>
          <w:color w:val="000000" w:themeColor="text1"/>
          <w:sz w:val="24"/>
          <w:szCs w:val="24"/>
          <w:lang w:eastAsia="ja-JP"/>
        </w:rPr>
        <w:t>(</w:t>
      </w:r>
      <w:r w:rsidRPr="006C7AA2">
        <w:rPr>
          <w:rFonts w:eastAsia="Aptos" w:cs="Aptos"/>
          <w:color w:val="000000" w:themeColor="text1"/>
          <w:sz w:val="24"/>
          <w:szCs w:val="24"/>
          <w:lang w:eastAsia="ja-JP"/>
        </w:rPr>
        <w:t>NJ</w:t>
      </w:r>
      <w:r w:rsidR="00177D62">
        <w:rPr>
          <w:rFonts w:eastAsia="Aptos" w:cs="Aptos"/>
          <w:color w:val="000000" w:themeColor="text1"/>
          <w:sz w:val="24"/>
          <w:szCs w:val="24"/>
          <w:lang w:eastAsia="ja-JP"/>
        </w:rPr>
        <w:t>SL</w:t>
      </w:r>
      <w:r w:rsidRPr="006C7AA2">
        <w:rPr>
          <w:rFonts w:eastAsia="Aptos" w:cs="Aptos"/>
          <w:color w:val="000000" w:themeColor="text1"/>
          <w:sz w:val="24"/>
          <w:szCs w:val="24"/>
          <w:lang w:eastAsia="ja-JP"/>
        </w:rPr>
        <w:t>A-A</w:t>
      </w:r>
      <w:r w:rsidR="00C62CA4" w:rsidRPr="006C7AA2">
        <w:rPr>
          <w:rFonts w:eastAsia="Aptos" w:cs="Aptos"/>
          <w:color w:val="000000" w:themeColor="text1"/>
          <w:sz w:val="24"/>
          <w:szCs w:val="24"/>
          <w:lang w:eastAsia="ja-JP"/>
        </w:rPr>
        <w:t>)</w:t>
      </w:r>
      <w:r w:rsidRPr="006C7AA2">
        <w:rPr>
          <w:rFonts w:eastAsia="Aptos" w:cs="Aptos"/>
          <w:color w:val="000000" w:themeColor="text1"/>
          <w:sz w:val="24"/>
          <w:szCs w:val="24"/>
          <w:lang w:eastAsia="ja-JP"/>
        </w:rPr>
        <w:t xml:space="preserve"> </w:t>
      </w:r>
      <w:r w:rsidR="00177D62">
        <w:rPr>
          <w:rFonts w:eastAsia="Aptos" w:cs="Aptos"/>
          <w:color w:val="000000" w:themeColor="text1"/>
          <w:sz w:val="24"/>
          <w:szCs w:val="24"/>
          <w:lang w:eastAsia="ja-JP"/>
        </w:rPr>
        <w:t xml:space="preserve">and New Jersey Student Learning Assessments-Science (NJSLA-S) </w:t>
      </w:r>
      <w:r w:rsidR="004304E3" w:rsidRPr="006C7AA2">
        <w:rPr>
          <w:rFonts w:eastAsia="Aptos" w:cs="Aptos"/>
          <w:color w:val="000000" w:themeColor="text1"/>
          <w:sz w:val="24"/>
          <w:szCs w:val="24"/>
          <w:lang w:eastAsia="ja-JP"/>
        </w:rPr>
        <w:t>Spr</w:t>
      </w:r>
      <w:r w:rsidR="001721AF" w:rsidRPr="006C7AA2">
        <w:rPr>
          <w:rFonts w:eastAsia="Aptos" w:cs="Aptos"/>
          <w:color w:val="000000" w:themeColor="text1"/>
          <w:sz w:val="24"/>
          <w:szCs w:val="24"/>
          <w:lang w:eastAsia="ja-JP"/>
        </w:rPr>
        <w:t>ing 20</w:t>
      </w:r>
      <w:r w:rsidR="0033659B" w:rsidRPr="006C7AA2">
        <w:rPr>
          <w:rFonts w:eastAsia="Aptos" w:cs="Aptos"/>
          <w:color w:val="000000" w:themeColor="text1"/>
          <w:sz w:val="24"/>
          <w:szCs w:val="24"/>
          <w:lang w:eastAsia="ja-JP"/>
        </w:rPr>
        <w:t xml:space="preserve">26 </w:t>
      </w:r>
      <w:r w:rsidRPr="006C7AA2">
        <w:rPr>
          <w:rFonts w:eastAsia="Aptos" w:cs="Aptos"/>
          <w:color w:val="000000" w:themeColor="text1"/>
          <w:sz w:val="24"/>
          <w:szCs w:val="24"/>
          <w:lang w:eastAsia="ja-JP"/>
        </w:rPr>
        <w:t>Individual Student Report (ISR)</w:t>
      </w:r>
    </w:p>
    <w:p w14:paraId="377B0412" w14:textId="33B858DE" w:rsidR="005718A3" w:rsidRPr="00173FEF" w:rsidRDefault="007708B8">
      <w:pPr>
        <w:rPr>
          <w:rFonts w:asciiTheme="majorHAnsi" w:eastAsia="Aptos" w:hAnsiTheme="majorHAnsi" w:cs="Aptos"/>
          <w:i/>
          <w:iCs/>
          <w:color w:val="000000" w:themeColor="text1"/>
          <w:lang w:eastAsia="ja-JP"/>
        </w:rPr>
      </w:pPr>
      <w:r w:rsidRPr="00173FEF">
        <w:rPr>
          <w:rFonts w:asciiTheme="majorHAnsi" w:eastAsia="Aptos" w:hAnsiTheme="majorHAnsi" w:cs="Aptos"/>
          <w:i/>
          <w:iCs/>
          <w:color w:val="000000" w:themeColor="text1"/>
          <w:lang w:eastAsia="ja-JP"/>
        </w:rPr>
        <w:t xml:space="preserve">Below is a sample letter that school districts may place on district letterhead and distribute to parents/guardians along with the printed copy of the Spring 2026 </w:t>
      </w:r>
      <w:r w:rsidR="00B469A3">
        <w:rPr>
          <w:rFonts w:asciiTheme="majorHAnsi" w:eastAsia="Aptos" w:hAnsiTheme="majorHAnsi" w:cs="Aptos"/>
          <w:i/>
          <w:iCs/>
          <w:color w:val="000000" w:themeColor="text1"/>
          <w:lang w:eastAsia="ja-JP"/>
        </w:rPr>
        <w:t>NJSLA</w:t>
      </w:r>
      <w:r w:rsidR="00FC63B0">
        <w:rPr>
          <w:rFonts w:asciiTheme="majorHAnsi" w:eastAsia="Aptos" w:hAnsiTheme="majorHAnsi" w:cs="Aptos"/>
          <w:i/>
          <w:iCs/>
          <w:color w:val="000000" w:themeColor="text1"/>
          <w:lang w:eastAsia="ja-JP"/>
        </w:rPr>
        <w:t>-A and NJSLA-S</w:t>
      </w:r>
      <w:r w:rsidRPr="00173FEF">
        <w:rPr>
          <w:rFonts w:asciiTheme="majorHAnsi" w:eastAsia="Aptos" w:hAnsiTheme="majorHAnsi" w:cs="Aptos"/>
          <w:i/>
          <w:iCs/>
          <w:color w:val="000000" w:themeColor="text1"/>
          <w:lang w:eastAsia="ja-JP"/>
        </w:rPr>
        <w:t xml:space="preserve"> ISR.</w:t>
      </w:r>
    </w:p>
    <w:p w14:paraId="055807A6" w14:textId="6596E2DB" w:rsidR="005718A3" w:rsidRPr="006C7AA2" w:rsidRDefault="007708B8">
      <w:r w:rsidRPr="006C7AA2">
        <w:t>Dear Parent/Guardian:</w:t>
      </w:r>
    </w:p>
    <w:p w14:paraId="33EA97FA" w14:textId="776913F1" w:rsidR="006F55D4" w:rsidRDefault="006F55D4" w:rsidP="006F55D4">
      <w:r w:rsidRPr="006F55D4">
        <w:t xml:space="preserve">In spring 2026, your student participated in the New Jersey Student Learning Assessments-Adaptive (NJSLA-A) and/or the New Jersey Student Learning Assessment-Science (NJSLA-S). These statewide assessments measure student achievement in English language arts (ELA), mathematics, and science based on the New Jersey Student Learning Standards (NJSLS). The assessments provide information about your student's academic progress </w:t>
      </w:r>
      <w:r w:rsidR="00102333">
        <w:t xml:space="preserve">in relation to the </w:t>
      </w:r>
      <w:r w:rsidR="00102333" w:rsidRPr="00E75529">
        <w:t>New Jersey Student Learning Standards (NJSLS)</w:t>
      </w:r>
      <w:r w:rsidR="00102333">
        <w:t xml:space="preserve"> available at </w:t>
      </w:r>
      <w:hyperlink r:id="rId8" w:history="1">
        <w:r w:rsidR="00102333" w:rsidRPr="00AE6C95">
          <w:rPr>
            <w:rStyle w:val="Hyperlink"/>
          </w:rPr>
          <w:t>nj.gov/education/standards</w:t>
        </w:r>
      </w:hyperlink>
      <w:r w:rsidR="00102333" w:rsidRPr="00E75529">
        <w:t xml:space="preserve"> </w:t>
      </w:r>
      <w:r w:rsidRPr="006F55D4">
        <w:t>and can help identify areas of strength as well as areas where additional support may be beneficial.</w:t>
      </w:r>
    </w:p>
    <w:p w14:paraId="02B714AD" w14:textId="56A1E670" w:rsidR="00E75529" w:rsidRPr="00E75529" w:rsidRDefault="00D534E6" w:rsidP="00E75529">
      <w:r w:rsidRPr="00D534E6">
        <w:t xml:space="preserve">Included with this letter, you will find </w:t>
      </w:r>
      <w:r w:rsidR="00762F4D">
        <w:t>your student’s</w:t>
      </w:r>
      <w:r w:rsidRPr="00D534E6">
        <w:t xml:space="preserve"> Individual Student Report (ISR). </w:t>
      </w:r>
      <w:r w:rsidR="007059CD">
        <w:t>The ISR</w:t>
      </w:r>
      <w:r w:rsidRPr="00D534E6">
        <w:t xml:space="preserve"> provide</w:t>
      </w:r>
      <w:r w:rsidR="007059CD">
        <w:t>s</w:t>
      </w:r>
      <w:r w:rsidRPr="00D534E6">
        <w:t xml:space="preserve"> information about your </w:t>
      </w:r>
      <w:proofErr w:type="gramStart"/>
      <w:r w:rsidRPr="00D534E6">
        <w:t>student's</w:t>
      </w:r>
      <w:proofErr w:type="gramEnd"/>
      <w:r w:rsidRPr="00D534E6">
        <w:t xml:space="preserve"> performance </w:t>
      </w:r>
      <w:r w:rsidR="008F396D">
        <w:t xml:space="preserve">for each content area in which </w:t>
      </w:r>
      <w:r w:rsidR="00B13975">
        <w:t>they</w:t>
      </w:r>
      <w:r w:rsidR="008F396D">
        <w:t xml:space="preserve"> tested </w:t>
      </w:r>
      <w:r w:rsidRPr="00D534E6">
        <w:t>and show</w:t>
      </w:r>
      <w:r w:rsidR="008F396D">
        <w:t>s</w:t>
      </w:r>
      <w:r w:rsidRPr="00D534E6">
        <w:t xml:space="preserve"> how well your student demonstrated the knowledge and skills measured by </w:t>
      </w:r>
      <w:r w:rsidR="008F396D">
        <w:t>each</w:t>
      </w:r>
      <w:r w:rsidRPr="00D534E6">
        <w:t xml:space="preserve"> assessment. The reports also include information that may help support discussions about your </w:t>
      </w:r>
      <w:proofErr w:type="gramStart"/>
      <w:r w:rsidRPr="00D534E6">
        <w:t>student's</w:t>
      </w:r>
      <w:proofErr w:type="gramEnd"/>
      <w:r w:rsidRPr="00D534E6">
        <w:t xml:space="preserve"> academic progress.</w:t>
      </w:r>
      <w:r w:rsidR="008E18C3">
        <w:t xml:space="preserve"> </w:t>
      </w:r>
      <w:r w:rsidR="00E75529" w:rsidRPr="00E75529">
        <w:t>Assessment results provide one measure of how students are progressing toward meeting those expectations.</w:t>
      </w:r>
    </w:p>
    <w:p w14:paraId="750AB446" w14:textId="768ADB0C" w:rsidR="009119E7" w:rsidRPr="006C7AA2" w:rsidRDefault="009119E7" w:rsidP="20457D1F">
      <w:r>
        <w:t xml:space="preserve">Your student’s </w:t>
      </w:r>
      <w:r w:rsidR="00230273">
        <w:t>ISR</w:t>
      </w:r>
      <w:r>
        <w:t xml:space="preserve"> will also be available in the </w:t>
      </w:r>
      <w:r w:rsidR="00BA61C8">
        <w:t>New Jersey Family Portal</w:t>
      </w:r>
      <w:r>
        <w:t xml:space="preserve"> at </w:t>
      </w:r>
      <w:hyperlink r:id="rId9">
        <w:r w:rsidR="009E76ED" w:rsidRPr="20457D1F">
          <w:rPr>
            <w:rStyle w:val="Hyperlink"/>
          </w:rPr>
          <w:t>nj-familyportal.cambiumast.com</w:t>
        </w:r>
      </w:hyperlink>
      <w:r w:rsidR="00BA61C8">
        <w:t xml:space="preserve"> </w:t>
      </w:r>
      <w:r>
        <w:t xml:space="preserve">on </w:t>
      </w:r>
      <w:r w:rsidR="00230273">
        <w:t>September 28</w:t>
      </w:r>
      <w:r>
        <w:t xml:space="preserve">, 2026. </w:t>
      </w:r>
      <w:r w:rsidR="68093D48">
        <w:t>Th</w:t>
      </w:r>
      <w:r w:rsidR="513565D3">
        <w:t>is</w:t>
      </w:r>
      <w:r>
        <w:t xml:space="preserve"> portal </w:t>
      </w:r>
      <w:r w:rsidR="00103B58">
        <w:t>enables you to view test results online and includes information</w:t>
      </w:r>
      <w:r w:rsidR="00F11923">
        <w:t xml:space="preserve"> such as </w:t>
      </w:r>
      <w:r w:rsidR="007D1FB3">
        <w:t xml:space="preserve">a glossary of assessment terms and </w:t>
      </w:r>
      <w:r w:rsidR="00FD0309">
        <w:t>access to helpful resources.</w:t>
      </w:r>
      <w:r w:rsidR="00B074A2">
        <w:t xml:space="preserve"> </w:t>
      </w:r>
      <w:r w:rsidR="00A6780C">
        <w:t xml:space="preserve">To </w:t>
      </w:r>
      <w:r w:rsidR="0067157B">
        <w:t>access the family portal, y</w:t>
      </w:r>
      <w:r w:rsidR="00A6780C">
        <w:t xml:space="preserve">ou will </w:t>
      </w:r>
      <w:r w:rsidR="00FF4233">
        <w:t>be</w:t>
      </w:r>
      <w:r w:rsidR="00EF2443">
        <w:t xml:space="preserve"> asked to type</w:t>
      </w:r>
      <w:r w:rsidR="00A6780C">
        <w:t xml:space="preserve"> the</w:t>
      </w:r>
      <w:r w:rsidR="004B3157">
        <w:t xml:space="preserve"> access code</w:t>
      </w:r>
      <w:r w:rsidR="00A6780C">
        <w:t xml:space="preserve"> on the ISR</w:t>
      </w:r>
      <w:r w:rsidR="004B3157">
        <w:t xml:space="preserve">, </w:t>
      </w:r>
      <w:r w:rsidR="057ADBD0">
        <w:t xml:space="preserve">student </w:t>
      </w:r>
      <w:r w:rsidR="004B3157">
        <w:t xml:space="preserve">first name and </w:t>
      </w:r>
      <w:r w:rsidR="0F3455C1">
        <w:t xml:space="preserve">student </w:t>
      </w:r>
      <w:r w:rsidR="004B3157">
        <w:t>date of birth to enter the Family Portal.</w:t>
      </w:r>
    </w:p>
    <w:p w14:paraId="0B0562E0" w14:textId="26626DF7" w:rsidR="005449AC" w:rsidRPr="006C7AA2" w:rsidRDefault="00AE1AF5" w:rsidP="001F5BEC">
      <w:r w:rsidRPr="006C7AA2">
        <w:t xml:space="preserve">For additional information about these assessments, please visit the NJDOE Assessments webpage at </w:t>
      </w:r>
      <w:hyperlink r:id="rId10" w:history="1">
        <w:r w:rsidR="00393BA7" w:rsidRPr="006C7AA2">
          <w:rPr>
            <w:rStyle w:val="Hyperlink"/>
          </w:rPr>
          <w:t>nj.gov/education/assessment/adaptive</w:t>
        </w:r>
      </w:hyperlink>
      <w:r w:rsidRPr="006C7AA2">
        <w:t xml:space="preserve"> for a series of pamphlets focused on providing a quick overview of the new assessments. You may also wish to visit the Students &amp; Families page on New Jersey Assessments Portal at </w:t>
      </w:r>
      <w:hyperlink r:id="rId11" w:history="1">
        <w:r w:rsidR="00750936">
          <w:rPr>
            <w:rStyle w:val="Hyperlink"/>
          </w:rPr>
          <w:t>nj.portal.cambiumast.com</w:t>
        </w:r>
      </w:hyperlink>
      <w:r w:rsidR="0030383B">
        <w:t>.</w:t>
      </w:r>
    </w:p>
    <w:p w14:paraId="3600D215" w14:textId="3A9A958B" w:rsidR="006108CD" w:rsidRPr="006C7AA2" w:rsidRDefault="006108CD" w:rsidP="006108CD">
      <w:r w:rsidRPr="006C7AA2">
        <w:t xml:space="preserve">If you have any questions about </w:t>
      </w:r>
      <w:r w:rsidR="002A72D8" w:rsidRPr="006C7AA2">
        <w:t xml:space="preserve">your </w:t>
      </w:r>
      <w:proofErr w:type="gramStart"/>
      <w:r w:rsidR="002A72D8" w:rsidRPr="006C7AA2">
        <w:t>s</w:t>
      </w:r>
      <w:r w:rsidR="00A92C65" w:rsidRPr="006C7AA2">
        <w:t>tudent’s</w:t>
      </w:r>
      <w:proofErr w:type="gramEnd"/>
      <w:r w:rsidR="00A92C65" w:rsidRPr="006C7AA2">
        <w:t xml:space="preserve"> </w:t>
      </w:r>
      <w:r w:rsidR="007E1963" w:rsidRPr="006C7AA2">
        <w:t>results</w:t>
      </w:r>
      <w:r w:rsidRPr="006C7AA2">
        <w:t xml:space="preserve">, please feel free to contact </w:t>
      </w:r>
      <w:r w:rsidRPr="00C4461C">
        <w:rPr>
          <w:rFonts w:asciiTheme="majorHAnsi" w:eastAsia="Aptos" w:hAnsiTheme="majorHAnsi" w:cs="Aptos"/>
          <w:color w:val="000000" w:themeColor="text1"/>
          <w:lang w:eastAsia="ja-JP"/>
        </w:rPr>
        <w:t>[insert district and school representatives].</w:t>
      </w:r>
      <w:r w:rsidRPr="00C4461C">
        <w:rPr>
          <w:color w:val="000000" w:themeColor="text1"/>
        </w:rPr>
        <w:t xml:space="preserve"> </w:t>
      </w:r>
      <w:r w:rsidRPr="006C7AA2">
        <w:t>Thank you for your continued partnership in supporting your child’s learning.</w:t>
      </w:r>
    </w:p>
    <w:p w14:paraId="7E02F1A6" w14:textId="77777777" w:rsidR="001B6DC8" w:rsidRDefault="007708B8" w:rsidP="001B6DC8">
      <w:pPr>
        <w:spacing w:after="480"/>
      </w:pPr>
      <w:r w:rsidRPr="006C7AA2">
        <w:t>Sincerely,</w:t>
      </w:r>
    </w:p>
    <w:p w14:paraId="2002FA1C" w14:textId="6882D3C4" w:rsidR="005718A3" w:rsidRPr="006C7AA2" w:rsidRDefault="007708B8">
      <w:r w:rsidRPr="008F5451">
        <w:rPr>
          <w:rFonts w:asciiTheme="majorHAnsi" w:eastAsia="Aptos" w:hAnsiTheme="majorHAnsi" w:cs="Aptos"/>
          <w:color w:val="000000" w:themeColor="text1"/>
          <w:lang w:eastAsia="ja-JP"/>
        </w:rPr>
        <w:t>[Insert Superintendent Name]</w:t>
      </w:r>
    </w:p>
    <w:sectPr w:rsidR="005718A3" w:rsidRPr="006C7AA2" w:rsidSect="00516B7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7EB4368"/>
    <w:multiLevelType w:val="multilevel"/>
    <w:tmpl w:val="427A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763073">
    <w:abstractNumId w:val="4"/>
  </w:num>
  <w:num w:numId="2" w16cid:durableId="1204174534">
    <w:abstractNumId w:val="7"/>
  </w:num>
  <w:num w:numId="3" w16cid:durableId="1237281328">
    <w:abstractNumId w:val="3"/>
  </w:num>
  <w:num w:numId="4" w16cid:durableId="1256592021">
    <w:abstractNumId w:val="9"/>
  </w:num>
  <w:num w:numId="5" w16cid:durableId="1344472160">
    <w:abstractNumId w:val="0"/>
  </w:num>
  <w:num w:numId="6" w16cid:durableId="1665821675">
    <w:abstractNumId w:val="1"/>
  </w:num>
  <w:num w:numId="7" w16cid:durableId="2057850691">
    <w:abstractNumId w:val="2"/>
  </w:num>
  <w:num w:numId="8" w16cid:durableId="375742292">
    <w:abstractNumId w:val="8"/>
  </w:num>
  <w:num w:numId="9" w16cid:durableId="839542646">
    <w:abstractNumId w:val="5"/>
  </w:num>
  <w:num w:numId="10" w16cid:durableId="9566431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9BA"/>
    <w:rsid w:val="00007A94"/>
    <w:rsid w:val="000179F5"/>
    <w:rsid w:val="00025E11"/>
    <w:rsid w:val="00034616"/>
    <w:rsid w:val="00043522"/>
    <w:rsid w:val="0006063C"/>
    <w:rsid w:val="00085EB8"/>
    <w:rsid w:val="000B57DD"/>
    <w:rsid w:val="000C1CE6"/>
    <w:rsid w:val="000C2316"/>
    <w:rsid w:val="000C5436"/>
    <w:rsid w:val="000E0A90"/>
    <w:rsid w:val="00102333"/>
    <w:rsid w:val="00103B58"/>
    <w:rsid w:val="001312A1"/>
    <w:rsid w:val="001326E4"/>
    <w:rsid w:val="001433D8"/>
    <w:rsid w:val="0014682A"/>
    <w:rsid w:val="0015074B"/>
    <w:rsid w:val="00167557"/>
    <w:rsid w:val="00170BC7"/>
    <w:rsid w:val="001721AF"/>
    <w:rsid w:val="00173FEF"/>
    <w:rsid w:val="00174BE9"/>
    <w:rsid w:val="00177D62"/>
    <w:rsid w:val="00185F4D"/>
    <w:rsid w:val="00192700"/>
    <w:rsid w:val="001B0A6A"/>
    <w:rsid w:val="001B6075"/>
    <w:rsid w:val="001B6DC8"/>
    <w:rsid w:val="001F5BEC"/>
    <w:rsid w:val="00207583"/>
    <w:rsid w:val="00210B31"/>
    <w:rsid w:val="002217A2"/>
    <w:rsid w:val="00230273"/>
    <w:rsid w:val="00242FD1"/>
    <w:rsid w:val="00271C35"/>
    <w:rsid w:val="0027455B"/>
    <w:rsid w:val="00281D47"/>
    <w:rsid w:val="0029639D"/>
    <w:rsid w:val="002A103B"/>
    <w:rsid w:val="002A72D8"/>
    <w:rsid w:val="002C78C8"/>
    <w:rsid w:val="002D4942"/>
    <w:rsid w:val="0030264E"/>
    <w:rsid w:val="0030383B"/>
    <w:rsid w:val="00320072"/>
    <w:rsid w:val="00326F90"/>
    <w:rsid w:val="0033659B"/>
    <w:rsid w:val="00376F76"/>
    <w:rsid w:val="00385CD2"/>
    <w:rsid w:val="00393BA7"/>
    <w:rsid w:val="003A0F11"/>
    <w:rsid w:val="003C6CDA"/>
    <w:rsid w:val="003C78F3"/>
    <w:rsid w:val="00403927"/>
    <w:rsid w:val="004304E3"/>
    <w:rsid w:val="004326B6"/>
    <w:rsid w:val="004517B7"/>
    <w:rsid w:val="00461A7E"/>
    <w:rsid w:val="004776C7"/>
    <w:rsid w:val="00481054"/>
    <w:rsid w:val="00485041"/>
    <w:rsid w:val="004A20F1"/>
    <w:rsid w:val="004A2746"/>
    <w:rsid w:val="004B3157"/>
    <w:rsid w:val="004D01FF"/>
    <w:rsid w:val="005140D8"/>
    <w:rsid w:val="005161EF"/>
    <w:rsid w:val="00516B70"/>
    <w:rsid w:val="005445C7"/>
    <w:rsid w:val="005449AC"/>
    <w:rsid w:val="00550902"/>
    <w:rsid w:val="005718A3"/>
    <w:rsid w:val="005969E1"/>
    <w:rsid w:val="005B3486"/>
    <w:rsid w:val="005E17EC"/>
    <w:rsid w:val="005E236A"/>
    <w:rsid w:val="006108CD"/>
    <w:rsid w:val="0062685E"/>
    <w:rsid w:val="006431E3"/>
    <w:rsid w:val="00644815"/>
    <w:rsid w:val="00654801"/>
    <w:rsid w:val="00670DED"/>
    <w:rsid w:val="0067157B"/>
    <w:rsid w:val="00674430"/>
    <w:rsid w:val="00685957"/>
    <w:rsid w:val="00691FFD"/>
    <w:rsid w:val="006B08DD"/>
    <w:rsid w:val="006B5B3E"/>
    <w:rsid w:val="006C7AA2"/>
    <w:rsid w:val="006E4F5F"/>
    <w:rsid w:val="006F2C02"/>
    <w:rsid w:val="006F55D4"/>
    <w:rsid w:val="007059CD"/>
    <w:rsid w:val="00712A45"/>
    <w:rsid w:val="00750936"/>
    <w:rsid w:val="00762F4D"/>
    <w:rsid w:val="007708B8"/>
    <w:rsid w:val="00772C54"/>
    <w:rsid w:val="007770AC"/>
    <w:rsid w:val="00783F01"/>
    <w:rsid w:val="007C3DCB"/>
    <w:rsid w:val="007D1FB3"/>
    <w:rsid w:val="007D488E"/>
    <w:rsid w:val="007E1963"/>
    <w:rsid w:val="007F4158"/>
    <w:rsid w:val="00800BDA"/>
    <w:rsid w:val="00816B74"/>
    <w:rsid w:val="00842E8F"/>
    <w:rsid w:val="00843B21"/>
    <w:rsid w:val="00886D83"/>
    <w:rsid w:val="008978C2"/>
    <w:rsid w:val="008E048A"/>
    <w:rsid w:val="008E18C3"/>
    <w:rsid w:val="008E2F51"/>
    <w:rsid w:val="008F1AA8"/>
    <w:rsid w:val="008F396D"/>
    <w:rsid w:val="008F5451"/>
    <w:rsid w:val="009119E7"/>
    <w:rsid w:val="00911F15"/>
    <w:rsid w:val="00934415"/>
    <w:rsid w:val="00947519"/>
    <w:rsid w:val="009525BA"/>
    <w:rsid w:val="0096613E"/>
    <w:rsid w:val="009677B3"/>
    <w:rsid w:val="00984FBB"/>
    <w:rsid w:val="0098543E"/>
    <w:rsid w:val="009A1A73"/>
    <w:rsid w:val="009C359F"/>
    <w:rsid w:val="009E76ED"/>
    <w:rsid w:val="009E7942"/>
    <w:rsid w:val="00A60EA7"/>
    <w:rsid w:val="00A6780C"/>
    <w:rsid w:val="00A86D56"/>
    <w:rsid w:val="00A86E07"/>
    <w:rsid w:val="00A92C65"/>
    <w:rsid w:val="00AA1D8D"/>
    <w:rsid w:val="00AB6F38"/>
    <w:rsid w:val="00AE1AF5"/>
    <w:rsid w:val="00AE5177"/>
    <w:rsid w:val="00AE6C95"/>
    <w:rsid w:val="00B074A2"/>
    <w:rsid w:val="00B13975"/>
    <w:rsid w:val="00B13A79"/>
    <w:rsid w:val="00B469A3"/>
    <w:rsid w:val="00B47730"/>
    <w:rsid w:val="00B52324"/>
    <w:rsid w:val="00B72C52"/>
    <w:rsid w:val="00B77449"/>
    <w:rsid w:val="00B77ED1"/>
    <w:rsid w:val="00B92F12"/>
    <w:rsid w:val="00BA61C8"/>
    <w:rsid w:val="00BB6C4D"/>
    <w:rsid w:val="00BD48E3"/>
    <w:rsid w:val="00C1619A"/>
    <w:rsid w:val="00C174A6"/>
    <w:rsid w:val="00C31B77"/>
    <w:rsid w:val="00C4461C"/>
    <w:rsid w:val="00C502CB"/>
    <w:rsid w:val="00C62CA4"/>
    <w:rsid w:val="00C81A20"/>
    <w:rsid w:val="00C94B4F"/>
    <w:rsid w:val="00CA126E"/>
    <w:rsid w:val="00CB0664"/>
    <w:rsid w:val="00CB3371"/>
    <w:rsid w:val="00CC5919"/>
    <w:rsid w:val="00CD4270"/>
    <w:rsid w:val="00CD7F7C"/>
    <w:rsid w:val="00D43FA3"/>
    <w:rsid w:val="00D534E6"/>
    <w:rsid w:val="00D60464"/>
    <w:rsid w:val="00DA30B5"/>
    <w:rsid w:val="00DB788F"/>
    <w:rsid w:val="00DE59F9"/>
    <w:rsid w:val="00E32678"/>
    <w:rsid w:val="00E75529"/>
    <w:rsid w:val="00EE058D"/>
    <w:rsid w:val="00EE5153"/>
    <w:rsid w:val="00EF0717"/>
    <w:rsid w:val="00EF175E"/>
    <w:rsid w:val="00EF1EC8"/>
    <w:rsid w:val="00EF2443"/>
    <w:rsid w:val="00F11923"/>
    <w:rsid w:val="00F479E6"/>
    <w:rsid w:val="00F528BD"/>
    <w:rsid w:val="00F770BC"/>
    <w:rsid w:val="00FC6334"/>
    <w:rsid w:val="00FC63B0"/>
    <w:rsid w:val="00FC693F"/>
    <w:rsid w:val="00FD0309"/>
    <w:rsid w:val="00FD74CC"/>
    <w:rsid w:val="00FF4233"/>
    <w:rsid w:val="00FF66BF"/>
    <w:rsid w:val="01E88A1C"/>
    <w:rsid w:val="035346E5"/>
    <w:rsid w:val="057ADBD0"/>
    <w:rsid w:val="0621F939"/>
    <w:rsid w:val="094413DA"/>
    <w:rsid w:val="09D69778"/>
    <w:rsid w:val="0A87215A"/>
    <w:rsid w:val="0B2D38EB"/>
    <w:rsid w:val="0B9ECCE5"/>
    <w:rsid w:val="0E3E5411"/>
    <w:rsid w:val="0EE5B681"/>
    <w:rsid w:val="0F3455C1"/>
    <w:rsid w:val="1026B823"/>
    <w:rsid w:val="1105CBDF"/>
    <w:rsid w:val="141696D2"/>
    <w:rsid w:val="157E30AF"/>
    <w:rsid w:val="15B2BD13"/>
    <w:rsid w:val="1B32749C"/>
    <w:rsid w:val="1EA305FF"/>
    <w:rsid w:val="1F64AAD1"/>
    <w:rsid w:val="1F8456D6"/>
    <w:rsid w:val="20457D1F"/>
    <w:rsid w:val="20780554"/>
    <w:rsid w:val="20A2D367"/>
    <w:rsid w:val="21151B6A"/>
    <w:rsid w:val="219F8964"/>
    <w:rsid w:val="21AB2FAD"/>
    <w:rsid w:val="2404CB80"/>
    <w:rsid w:val="25F29F38"/>
    <w:rsid w:val="262FCE44"/>
    <w:rsid w:val="28B52C5B"/>
    <w:rsid w:val="298430D0"/>
    <w:rsid w:val="2AD41AEE"/>
    <w:rsid w:val="2CFFAD36"/>
    <w:rsid w:val="2FC2C59B"/>
    <w:rsid w:val="33036020"/>
    <w:rsid w:val="33BCF30E"/>
    <w:rsid w:val="3426DB96"/>
    <w:rsid w:val="34ADD77A"/>
    <w:rsid w:val="35B7CAC7"/>
    <w:rsid w:val="3615CD8A"/>
    <w:rsid w:val="38466C1F"/>
    <w:rsid w:val="3B2A3B58"/>
    <w:rsid w:val="3CF535CA"/>
    <w:rsid w:val="416806DF"/>
    <w:rsid w:val="42164313"/>
    <w:rsid w:val="44DC378B"/>
    <w:rsid w:val="4701F787"/>
    <w:rsid w:val="492C8D11"/>
    <w:rsid w:val="4B2065BC"/>
    <w:rsid w:val="513565D3"/>
    <w:rsid w:val="5248FA71"/>
    <w:rsid w:val="55F47792"/>
    <w:rsid w:val="5A00C8E3"/>
    <w:rsid w:val="5C9CB109"/>
    <w:rsid w:val="5D3125F9"/>
    <w:rsid w:val="5D73D767"/>
    <w:rsid w:val="5F0441F6"/>
    <w:rsid w:val="5F84B386"/>
    <w:rsid w:val="607D74E0"/>
    <w:rsid w:val="62DA0F3C"/>
    <w:rsid w:val="650FCF34"/>
    <w:rsid w:val="67EE88A8"/>
    <w:rsid w:val="68093D48"/>
    <w:rsid w:val="6B0238A5"/>
    <w:rsid w:val="6DE08175"/>
    <w:rsid w:val="6E304118"/>
    <w:rsid w:val="72017497"/>
    <w:rsid w:val="7292A66A"/>
    <w:rsid w:val="73D2EE33"/>
    <w:rsid w:val="73FC2753"/>
    <w:rsid w:val="74F07E55"/>
    <w:rsid w:val="77E482FA"/>
    <w:rsid w:val="7EC5A3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C424983-EA59-4794-82BC-1A8E9BEAD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8"/>
      </w:numPr>
      <w:contextualSpacing/>
    </w:pPr>
  </w:style>
  <w:style w:type="paragraph" w:styleId="ListBullet2">
    <w:name w:val="List Bullet 2"/>
    <w:basedOn w:val="Normal"/>
    <w:uiPriority w:val="99"/>
    <w:unhideWhenUsed/>
    <w:rsid w:val="00326F90"/>
    <w:pPr>
      <w:numPr>
        <w:numId w:val="10"/>
      </w:numPr>
      <w:contextualSpacing/>
    </w:pPr>
  </w:style>
  <w:style w:type="paragraph" w:styleId="ListBullet3">
    <w:name w:val="List Bullet 3"/>
    <w:basedOn w:val="Normal"/>
    <w:uiPriority w:val="99"/>
    <w:unhideWhenUsed/>
    <w:rsid w:val="00326F90"/>
    <w:pPr>
      <w:numPr>
        <w:numId w:val="9"/>
      </w:numPr>
      <w:contextualSpacing/>
    </w:pPr>
  </w:style>
  <w:style w:type="paragraph" w:styleId="ListNumber">
    <w:name w:val="List Number"/>
    <w:basedOn w:val="Normal"/>
    <w:uiPriority w:val="99"/>
    <w:unhideWhenUsed/>
    <w:rsid w:val="00326F90"/>
    <w:pPr>
      <w:numPr>
        <w:numId w:val="2"/>
      </w:numPr>
      <w:contextualSpacing/>
    </w:pPr>
  </w:style>
  <w:style w:type="paragraph" w:styleId="ListNumber2">
    <w:name w:val="List Number 2"/>
    <w:basedOn w:val="Normal"/>
    <w:uiPriority w:val="99"/>
    <w:unhideWhenUsed/>
    <w:rsid w:val="0029639D"/>
    <w:pPr>
      <w:numPr>
        <w:numId w:val="3"/>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119E7"/>
    <w:rPr>
      <w:color w:val="0000FF" w:themeColor="hyperlink"/>
      <w:u w:val="single"/>
    </w:rPr>
  </w:style>
  <w:style w:type="character" w:styleId="UnresolvedMention">
    <w:name w:val="Unresolved Mention"/>
    <w:basedOn w:val="DefaultParagraphFont"/>
    <w:uiPriority w:val="99"/>
    <w:semiHidden/>
    <w:unhideWhenUsed/>
    <w:rsid w:val="009119E7"/>
    <w:rPr>
      <w:color w:val="605E5C"/>
      <w:shd w:val="clear" w:color="auto" w:fill="E1DFDD"/>
    </w:rPr>
  </w:style>
  <w:style w:type="paragraph" w:styleId="Revision">
    <w:name w:val="Revision"/>
    <w:hidden/>
    <w:uiPriority w:val="99"/>
    <w:semiHidden/>
    <w:rsid w:val="00800BDA"/>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j.gov/education/standards/"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j.portal.cambiumast.com/index.html" TargetMode="External"/><Relationship Id="rId5" Type="http://schemas.openxmlformats.org/officeDocument/2006/relationships/styles" Target="styles.xml"/><Relationship Id="rId10" Type="http://schemas.openxmlformats.org/officeDocument/2006/relationships/hyperlink" Target="https://www.nj.gov/education/assessment/adaptive/" TargetMode="External"/><Relationship Id="rId4" Type="http://schemas.openxmlformats.org/officeDocument/2006/relationships/numbering" Target="numbering.xml"/><Relationship Id="rId9" Type="http://schemas.openxmlformats.org/officeDocument/2006/relationships/hyperlink" Target="https://nj-familyportal.cambiuma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ReviewStatus xmlns="15ebe88e-7bda-4304-bde2-f2b889566e4a" xsi:nil="true"/>
    <_ip_UnifiedCompliancePolicyProperties xmlns="http://schemas.microsoft.com/sharepoint/v3" xsi:nil="true"/>
    <lcf76f155ced4ddcb4097134ff3c332f xmlns="15ebe88e-7bda-4304-bde2-f2b889566e4a">
      <Terms xmlns="http://schemas.microsoft.com/office/infopath/2007/PartnerControls"/>
    </lcf76f155ced4ddcb4097134ff3c332f>
    <Notes_x003a_ xmlns="15ebe88e-7bda-4304-bde2-f2b889566e4a" xsi:nil="true"/>
    <_Flow_SignoffStatus xmlns="15ebe88e-7bda-4304-bde2-f2b889566e4a" xsi:nil="true"/>
    <TaxCatchAll xmlns="8089b851-2d40-4043-a4c6-e46a55c6822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4C37DC6888604FBE624C8711B8619C" ma:contentTypeVersion="25" ma:contentTypeDescription="Create a new document." ma:contentTypeScope="" ma:versionID="3f063e82ccf56db5f86bd48c571c5f38">
  <xsd:schema xmlns:xsd="http://www.w3.org/2001/XMLSchema" xmlns:xs="http://www.w3.org/2001/XMLSchema" xmlns:p="http://schemas.microsoft.com/office/2006/metadata/properties" xmlns:ns1="http://schemas.microsoft.com/sharepoint/v3" xmlns:ns2="15ebe88e-7bda-4304-bde2-f2b889566e4a" xmlns:ns3="8089b851-2d40-4043-a4c6-e46a55c68222" targetNamespace="http://schemas.microsoft.com/office/2006/metadata/properties" ma:root="true" ma:fieldsID="cd4e5ca930e0e76bd3650da178d0a835" ns1:_="" ns2:_="" ns3:_="">
    <xsd:import namespace="http://schemas.microsoft.com/sharepoint/v3"/>
    <xsd:import namespace="15ebe88e-7bda-4304-bde2-f2b889566e4a"/>
    <xsd:import namespace="8089b851-2d40-4043-a4c6-e46a55c6822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AutoKeyPoints" minOccurs="0"/>
                <xsd:element ref="ns2:MediaServiceKeyPoints" minOccurs="0"/>
                <xsd:element ref="ns2:Notes_x003a_"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ReviewStatu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ebe88e-7bda-4304-bde2-f2b889566e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Notes_x003a_" ma:index="16" nillable="true" ma:displayName="Notes: " ma:format="Dropdown" ma:internalName="Notes_x003a_">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ReviewStatus" ma:index="22" nillable="true" ma:displayName="Review Status" ma:format="Dropdown" ma:internalName="ReviewStatus">
      <xsd:simpleType>
        <xsd:union memberTypes="dms:Text">
          <xsd:simpleType>
            <xsd:restriction base="dms:Choice">
              <xsd:enumeration value="In Review: GEG"/>
              <xsd:enumeration value="In Review: DP"/>
              <xsd:enumeration value="In Review: LE"/>
              <xsd:enumeration value="In Review: LH"/>
              <xsd:enumeration value="Ready to Publish"/>
            </xsd:restriction>
          </xsd:simpleType>
        </xsd:union>
      </xsd:simpleType>
    </xsd:element>
    <xsd:element name="_Flow_SignoffStatus" ma:index="23" nillable="true" ma:displayName="Sign-off status" ma:internalName="Sign_x002d_off_x0020_status">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e8829e9b-2c9c-4724-8f43-688495af2f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89b851-2d40-4043-a4c6-e46a55c6822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e5c5a242-7e7d-493e-a241-2a9f10ad3cb3}" ma:internalName="TaxCatchAll" ma:showField="CatchAllData" ma:web="8089b851-2d40-4043-a4c6-e46a55c682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5A1AEB-1D4E-4CA8-8A93-03F4500EA6E3}">
  <ds:schemaRefs>
    <ds:schemaRef ds:uri="http://schemas.microsoft.com/office/2006/metadata/properties"/>
    <ds:schemaRef ds:uri="http://schemas.microsoft.com/office/infopath/2007/PartnerControls"/>
    <ds:schemaRef ds:uri="http://schemas.microsoft.com/sharepoint/v3"/>
    <ds:schemaRef ds:uri="15ebe88e-7bda-4304-bde2-f2b889566e4a"/>
    <ds:schemaRef ds:uri="8089b851-2d40-4043-a4c6-e46a55c68222"/>
  </ds:schemaRefs>
</ds:datastoreItem>
</file>

<file path=customXml/itemProps2.xml><?xml version="1.0" encoding="utf-8"?>
<ds:datastoreItem xmlns:ds="http://schemas.openxmlformats.org/officeDocument/2006/customXml" ds:itemID="{B650859E-E640-4FC2-A16C-55C49CB48C64}">
  <ds:schemaRefs>
    <ds:schemaRef ds:uri="http://schemas.microsoft.com/sharepoint/v3/contenttype/forms"/>
  </ds:schemaRefs>
</ds:datastoreItem>
</file>

<file path=customXml/itemProps3.xml><?xml version="1.0" encoding="utf-8"?>
<ds:datastoreItem xmlns:ds="http://schemas.openxmlformats.org/officeDocument/2006/customXml" ds:itemID="{E31E63D6-9881-47BA-9D79-90B100DF33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ebe88e-7bda-4304-bde2-f2b889566e4a"/>
    <ds:schemaRef ds:uri="8089b851-2d40-4043-a4c6-e46a55c68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Spring2026_NJGLA-A_ISR_Sample_Cover_Letter</vt:lpstr>
    </vt:vector>
  </TitlesOfParts>
  <Manager/>
  <Company/>
  <LinksUpToDate>false</LinksUpToDate>
  <CharactersWithSpaces>2822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Cover Letter NJSLA ISR</dc:title>
  <dc:subject/>
  <dc:creator>New Jersey Department of Education</dc:creator>
  <cp:keywords/>
  <dc:description>generated by python-docx</dc:description>
  <cp:lastModifiedBy>Hilaman, Lara</cp:lastModifiedBy>
  <cp:revision>2</cp:revision>
  <dcterms:created xsi:type="dcterms:W3CDTF">2026-09-24T17:21:00Z</dcterms:created>
  <dcterms:modified xsi:type="dcterms:W3CDTF">2026-09-24T17:21:00Z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0x010100524C37DC6888604FBE624C8711B8619C</vt:lpwstr>
  </property>
  <property fmtid="{D5CDD505-2E9C-101B-9397-08002B2CF9AE}" pid="3" name="MediaServiceImageTags">
    <vt:lpwstr/>
  </property>
</Properties>
</file>